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וצירופי לשון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וצירופי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ניב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ניב שמשמעותו ליצור אווירה נעימה בפגישה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תפקידן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משפט מורכב מורכב ממשפט עיקרי ומשפט משועבד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ידוע בחידוש מילים רבות בעברית המודרנית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ניבים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(להתחיל שיחה באווירה נעימה)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(לנסות לעשות דבר מעבר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(להיות כן ולהודות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(לשכנע מישהו בעדינות)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(להפוך דבר קטן לחשוב מדי)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הבסיס; בניין הוא התבנית שבה המילה נבנית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אבל – מחברת בין שני רעיונות מנוגדים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משפט עיקרי ומשועבד מסומנים נכון, והמשפט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ניב ומשמעותו המטפורית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השלמת המילה משועבד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לאחד מחדרי הבריחה באתר לפני המשחק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ולבקש דוגמאות נוספות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חדרי הבריחה הלשוניים פותרים מנעולים בנושאי חלקי דיבר, שורש ובניין, ניבים, מילות קישור ותחביר. דף זה מתרגל בדיוק את הנושאים האלה כהכנה לפתיחת החדרים.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שורש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נמצאת המילה "התרגש"?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חלק הדיבר של המילה "מהר" במשפט "הוא רץ 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היא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הבאות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ניבים וצירופי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שיש לו משמעות מיוחדת,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"לשבור את הקרח" מתייחס תמיד לשבירת חתיכת קרח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משמשות לחבר בין משפטים או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מכיל רק פועל אחד ואין בו יותר ממשפט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נחשב לאחד ממחדשי השפה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ותחביר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לצאת, __________ יורד גשם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למד הרבה __________ יצליח במבחן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מורכב יש משפט עיקרי ומשפט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בשוק לחם __________ 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"חשבתי __________ זה הרבה זמן" המילה החסרה היא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ניבים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להפוך דבר קטן לחשוב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להיות כן ולהודות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שיחה באווירה נעימה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על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לנסות לעשות דבר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לעשות מזה עניין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לשכנע מישהו בעדינות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שורש לבניין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למילת קישור והסבירו מה תפקידה במשפט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המתאר יום לימודים, וסמנו בו את המשפט העיקרי ואת המשפט המשועבד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משפט מורכב מכיל משפט עיקרי ומשפט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עברית – מהמעבדה של פרופסור שורש ועד פריצה למערכת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