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עברית – מהמעבדה של פרופסור שורש ועד פריצה למערכת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וצירופי לשון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ובניית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דיבר,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ניבים וצירופי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ניב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ניב שמשמעותו ליצור אווירה נעימה בפגישה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תפקידן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משפט מורכב מורכב ממשפט עיקרי ומשפט משועבד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ידוע בחידוש מילים רבות בעברית המודרנית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משועבד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ניבים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(להתחיל שיחה באווירה נעימה)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(לנסות לעשות דבר מעבר ליכולת)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(להיות כן ולהודות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(לשכנע מישהו בעדינות)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(להפוך דבר קטן לחשוב מדי)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שלוש אותיות הבסיס; בניין הוא התבנית שבה המילה נבנית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אבל – מחברת בין שני רעיונות מנוגדים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משפט עיקרי ומשועבד מסומנים נכון, והמשפט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ניב ומשמעותו המטפורית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השלמת המילה משועבד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חלק בדף לאחד מחדרי הבריחה באתר לפני המשחק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הניבים בעל פה ולבקש דוגמאות נוספות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עברית – מהמעבדה של פרופסור שורש ועד פריצה למערכת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משחקי בריחה על לשון עברית. בדף הזה נתרגל מילים ומשפטים כדי להיות מוכנים למשחק.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שהן הבסיס של המילה, למשל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בנויה המילה, למשל פעל, נפעל, הפעיל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עם משמעות מיוחדת, לא 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שמופיעות יחד בדרך 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משפט, כמו אבל, כי, 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שיש בו יותר ממשפט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עיקרי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המרכזי במשפט המורכב, יכול לעמוד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משועבד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במשפט המורכב שתלוי במשפט העיקרי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מהן שלוש האותיות הבסיסיות במילה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איך דבר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 xml:space="preserve">3. 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 xml:space="preserve">4. 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מחברת בין שני חלקי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ניבים וצירופי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שיש לו משמעות מיוחדת, שונה מהמשמעות המילולית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"לשבור את הקרח" מתייחס תמיד לשבירת חתיכת קרח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משמשות לחבר בין משפטים או רעיונות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מורכב מכיל רק פועל אחד ואין בו יותר ממשפט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בן-יהודה נחשב לאחד ממחדשי השפה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קישור ותחביר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רוצה לצאת, __________ יורד גשם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למד הרבה __________ יצליח במבחן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מורכב יש משפט עיקרי ומשפט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בשוק לחם __________ 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"חשבתי __________ זה הרבה זמן" המילה החסרה היא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ניבים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להפוך דבר קטן לחשוב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לשכנע מישהו בעדינות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לנסות לעשות דבר מעבר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לדבר על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להתחיל שיחה באווירה נעימה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לעשות מזה עניין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להיות כן ולהודות באמת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שורש לבניין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למילת קישור והסבירו מה תפקידה במשפט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מורכב אחד המתאר יום לימודים, וסמנו בו את המשפט העיקרי ואת המשפט המשועבד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ומהו 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משפט מורכב מכיל משפט עיקרי ומשפט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עברית – מהמעבדה של פרופסור שורש ועד פריצה למערכת העיתון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