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לשון עברית – מהמעבדה של פרופסור שורש ועד פריצה למערכת העיתון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חלקי דיבר, שורש ובניין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ניבים וצירופי לשון ואת 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קישור ובניית משפט 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חלקי דיבר, שורש ובניין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ניבים וצירופי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ניב בשפה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ניב שמשמעותו ליצור אווירה נעימה בפגישה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תפקידן בלשון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מילות קישור ותחביר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ניבים ומשמעותם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(להתחיל שיחה באווירה נעימה)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(לנסות לעשות דבר מעבר ליכולת)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(להיות כן ולהודות באמת)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(לשכנע מישהו בעדינות)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 הוא שלוש אותיות הבסיס; בניין הוא התבנית שבה המילה נבנית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בסיסית של שורש ובניין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ניב ומשמעותו המטפורית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השלמת המילה משועבד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כל חלק בדף לאחד מחדרי הבריחה באתר לפני המשחק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הניבים בעל פה ולבקש דוגמאות נוספות מהתלמידים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לשון עברית – מהמעבדה של פרופסור שורש ועד פריצה למערכת העיתון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חדרי הבריחה הלשוניים פותרים מנעולים בנושאי חלקי דיבר, שורש ובניין, ניבים, מילות קישור ותחביר. דף זה מתרגל בדיוק את הנושאים האלה כהכנה לפתיחת החדרים.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אבל  ·  כדי 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חלקי דיבר, שורש ובניין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שורש המילה "כתיבה"?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מהמילים הבאות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מהמילים הבאות היא מילת קישור?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יפה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ניבים וצירופי 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ניב הוא צירוף מילים שיש לו משמעות מיוחדת, שונה מהמשמעות המילולית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הביטוי "לשבור את הקרח" מתייחס תמיד לשבירת חתיכת קרח אמיתית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מילות קישור משמשות לחבר בין משפטים או רעיונות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מילות קישור ותחביר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רוצה לצאת, __________ יורד גשם בחוץ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הוא למד הרבה __________ יצליח במבחן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ניבים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לשבור את הקרח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לנסות לעשות דבר מעבר ליכולת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לקפוץ מעל הפופיק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להתחיל שיחה באווירה נעימה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לשים יד על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לשכנע מישהו בעדינות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לדבר על 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להיות כן ולהודות באמת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ההבדל בין שורש לבניין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שורש ומהו בניין?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לניב והסבירו את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לשון עברית – מהמעבדה של פרופסור שורש ועד פריצה למערכת העיתון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